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65BBC2" w14:textId="77777777" w:rsidR="00D01748" w:rsidRDefault="00000000">
      <w:pPr>
        <w:pStyle w:val="Title"/>
        <w:jc w:val="center"/>
      </w:pPr>
      <w:r>
        <w:t>TIETOSUOJASELOSTE</w:t>
      </w:r>
    </w:p>
    <w:p w14:paraId="33E0B374" w14:textId="77777777" w:rsidR="00D01748" w:rsidRDefault="00000000">
      <w:pPr>
        <w:jc w:val="center"/>
      </w:pPr>
      <w:r>
        <w:rPr>
          <w:b/>
          <w:sz w:val="24"/>
        </w:rPr>
        <w:t>Mind Dynamics Oy:n verkkosivustot</w:t>
      </w:r>
    </w:p>
    <w:p w14:paraId="4E5148E6" w14:textId="77777777" w:rsidR="00D01748" w:rsidRDefault="00000000">
      <w:pPr>
        <w:jc w:val="center"/>
      </w:pPr>
      <w:r>
        <w:t>Päivitetty 29.8.2026</w:t>
      </w:r>
    </w:p>
    <w:p w14:paraId="1F667EA4" w14:textId="77777777" w:rsidR="00D01748" w:rsidRDefault="00000000">
      <w:pPr>
        <w:pStyle w:val="Heading1"/>
      </w:pPr>
      <w:r>
        <w:t>1. Rekisterinpitäjä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7"/>
        <w:gridCol w:w="4869"/>
      </w:tblGrid>
      <w:tr w:rsidR="00D01748" w14:paraId="332170C4" w14:textId="77777777">
        <w:tc>
          <w:tcPr>
            <w:tcW w:w="4873" w:type="dxa"/>
          </w:tcPr>
          <w:p w14:paraId="3A152050" w14:textId="77777777" w:rsidR="00D01748" w:rsidRDefault="00000000">
            <w:r>
              <w:rPr>
                <w:b/>
              </w:rPr>
              <w:t>Rekisterinpitäjä</w:t>
            </w:r>
          </w:p>
        </w:tc>
        <w:tc>
          <w:tcPr>
            <w:tcW w:w="4873" w:type="dxa"/>
          </w:tcPr>
          <w:p w14:paraId="57856285" w14:textId="77777777" w:rsidR="00D01748" w:rsidRDefault="00000000">
            <w:r>
              <w:t>Mind Dynamics Oy</w:t>
            </w:r>
          </w:p>
        </w:tc>
      </w:tr>
      <w:tr w:rsidR="00D01748" w14:paraId="349C7DEC" w14:textId="77777777">
        <w:tc>
          <w:tcPr>
            <w:tcW w:w="4873" w:type="dxa"/>
          </w:tcPr>
          <w:p w14:paraId="24EFF0FD" w14:textId="77777777" w:rsidR="00D01748" w:rsidRDefault="00000000">
            <w:r>
              <w:rPr>
                <w:b/>
              </w:rPr>
              <w:t>Y-tunnus</w:t>
            </w:r>
          </w:p>
        </w:tc>
        <w:tc>
          <w:tcPr>
            <w:tcW w:w="4873" w:type="dxa"/>
          </w:tcPr>
          <w:p w14:paraId="23FCCEF6" w14:textId="77777777" w:rsidR="00D01748" w:rsidRDefault="00000000">
            <w:r>
              <w:t>2502565-0</w:t>
            </w:r>
          </w:p>
        </w:tc>
      </w:tr>
      <w:tr w:rsidR="00D01748" w14:paraId="696C7C58" w14:textId="77777777">
        <w:tc>
          <w:tcPr>
            <w:tcW w:w="4873" w:type="dxa"/>
          </w:tcPr>
          <w:p w14:paraId="7297964E" w14:textId="77777777" w:rsidR="00D01748" w:rsidRDefault="00000000">
            <w:r>
              <w:rPr>
                <w:b/>
              </w:rPr>
              <w:t>Osoitteet</w:t>
            </w:r>
          </w:p>
        </w:tc>
        <w:tc>
          <w:tcPr>
            <w:tcW w:w="4873" w:type="dxa"/>
          </w:tcPr>
          <w:p w14:paraId="3C6E2ACB" w14:textId="77777777" w:rsidR="00D01748" w:rsidRDefault="00000000">
            <w:r>
              <w:t>Mannilantie 37 B 12, 04400 Järvenpää</w:t>
            </w:r>
            <w:r>
              <w:br/>
              <w:t>Rietinpuisto 5 B 5, 05900 Hyvinkää</w:t>
            </w:r>
          </w:p>
        </w:tc>
      </w:tr>
      <w:tr w:rsidR="00D01748" w14:paraId="0924131F" w14:textId="77777777">
        <w:tc>
          <w:tcPr>
            <w:tcW w:w="4873" w:type="dxa"/>
          </w:tcPr>
          <w:p w14:paraId="01EB2A91" w14:textId="77777777" w:rsidR="00D01748" w:rsidRDefault="00000000">
            <w:r>
              <w:rPr>
                <w:b/>
              </w:rPr>
              <w:t>Tietosuoja-asioiden yhteydenotot</w:t>
            </w:r>
          </w:p>
        </w:tc>
        <w:tc>
          <w:tcPr>
            <w:tcW w:w="4873" w:type="dxa"/>
          </w:tcPr>
          <w:p w14:paraId="35CCB40C" w14:textId="77777777" w:rsidR="00D01748" w:rsidRDefault="00000000">
            <w:r>
              <w:t>yhteydenotto@mentalisaatio.fi</w:t>
            </w:r>
          </w:p>
        </w:tc>
      </w:tr>
      <w:tr w:rsidR="00D01748" w14:paraId="3ECC8B29" w14:textId="77777777">
        <w:tc>
          <w:tcPr>
            <w:tcW w:w="4873" w:type="dxa"/>
          </w:tcPr>
          <w:p w14:paraId="47FE3FD0" w14:textId="77777777" w:rsidR="00D01748" w:rsidRDefault="00000000">
            <w:r>
              <w:rPr>
                <w:b/>
              </w:rPr>
              <w:t>Sivustot</w:t>
            </w:r>
          </w:p>
        </w:tc>
        <w:tc>
          <w:tcPr>
            <w:tcW w:w="4873" w:type="dxa"/>
          </w:tcPr>
          <w:p w14:paraId="7FE2E733" w14:textId="77777777" w:rsidR="00D01748" w:rsidRDefault="00000000">
            <w:r>
              <w:t>mentalisaatio.fi</w:t>
            </w:r>
            <w:r>
              <w:br/>
              <w:t>psykologit.com</w:t>
            </w:r>
            <w:r>
              <w:br/>
              <w:t>jungian-coaching.net</w:t>
            </w:r>
            <w:r>
              <w:br/>
              <w:t>deep-earth-coaching.com</w:t>
            </w:r>
          </w:p>
        </w:tc>
      </w:tr>
    </w:tbl>
    <w:p w14:paraId="4803727F" w14:textId="77777777" w:rsidR="00D01748" w:rsidRDefault="00000000">
      <w:pPr>
        <w:pStyle w:val="Heading1"/>
      </w:pPr>
      <w:r>
        <w:t>2. Mitä henkilötietoja käsittelemme ja miksi</w:t>
      </w:r>
    </w:p>
    <w:p w14:paraId="474C3A5E" w14:textId="77777777" w:rsidR="00D01748" w:rsidRDefault="00000000">
      <w:pPr>
        <w:pStyle w:val="Heading2"/>
      </w:pPr>
      <w:r>
        <w:t>Yhteydenotot</w:t>
      </w:r>
    </w:p>
    <w:p w14:paraId="526805E2" w14:textId="77777777" w:rsidR="00D01748" w:rsidRDefault="00000000">
      <w:r>
        <w:t>Kun otat yhteyttä verkkolomakkeella tai sähköpostitse, käsittelemme yhteydenotossa antamiasi tietoja, kuten nimeä, sähköpostiosoitetta, puhelinnumeroa sekä viestin sisältöä. Tietoja käytetään yhteydenottoon vastaamiseen, palvelua koskevien kysymysten käsittelyyn sekä mahdollisen asiakas- tai sopimussuhteen valmistelemiseen ja hoitamiseen.</w:t>
      </w:r>
    </w:p>
    <w:p w14:paraId="7BB691DB" w14:textId="77777777" w:rsidR="00D01748" w:rsidRDefault="00000000">
      <w:r>
        <w:t>Käsittelyn oikeusperuste on tilanteesta riippuen sopimuksen tekemistä edeltävien toimenpiteiden toteuttaminen käyttäjän pyynnöstä, sopimuksen täytäntöönpano tai rekisterinpitäjän oikeutettu etu vastata yhteydenottoihin ja hoitaa asiakassuhteita.</w:t>
      </w:r>
    </w:p>
    <w:p w14:paraId="260667D6" w14:textId="77777777" w:rsidR="00D01748" w:rsidRDefault="00000000">
      <w:pPr>
        <w:pStyle w:val="Heading2"/>
      </w:pPr>
      <w:r>
        <w:t>Mentalisaatio.fi-verkkokauppa</w:t>
      </w:r>
    </w:p>
    <w:p w14:paraId="5ECA3829" w14:textId="77777777" w:rsidR="00D01748" w:rsidRDefault="00000000">
      <w:r>
        <w:t>Kun teet tilauksen mentalisaatio.fi-verkkokaupassa, käsittelemme tilauksen toimittamiseksi ja asiakassuhteen hoitamiseksi tarvittavia tietoja, kuten nimeä, yhteystietoja, toimitus- ja laskutustietoja sekä tilausta koskevia tietoja.</w:t>
      </w:r>
    </w:p>
    <w:p w14:paraId="0ED9584F" w14:textId="77777777" w:rsidR="00D01748" w:rsidRDefault="00000000">
      <w:r>
        <w:t>Käsittelyn oikeusperuste on sopimuksen täytäntöönpano. Kirjanpitoon ja muuhun lakisääteiseen säilyttämiseen liittyviä tietoja käsitellään lakisääteisen velvoitteen perusteella.</w:t>
      </w:r>
    </w:p>
    <w:p w14:paraId="431D9941" w14:textId="77777777" w:rsidR="00D01748" w:rsidRDefault="00000000">
      <w:r>
        <w:t>Maksaminen tapahtuu PayPal-maksupalvelun kautta. PayPal käsittelee maksutapahtumaan liittyviä tietoja oman tietosuojakäytäntönsä mukaisesti. Mind Dynamics Oy ei saa PayPalilta maksukorttisi täydellisiä tietoja.</w:t>
      </w:r>
    </w:p>
    <w:p w14:paraId="618D222F" w14:textId="77777777" w:rsidR="00D01748" w:rsidRDefault="00000000">
      <w:pPr>
        <w:pStyle w:val="Heading2"/>
      </w:pPr>
      <w:r>
        <w:t>Uutiskirje</w:t>
      </w:r>
    </w:p>
    <w:p w14:paraId="7E656187" w14:textId="77777777" w:rsidR="00D01748" w:rsidRDefault="00000000">
      <w:r>
        <w:t>Mentalisaatio.fi-sivustolla uutiskirjeen tilaajan sähköpostiosoitetta ja mahdollisia muita tilauksen yhteydessä vapaaehtoisesti annettuja tietoja käytetään uutiskirjeiden lähettämiseen Mailchimpin kautta.</w:t>
      </w:r>
    </w:p>
    <w:p w14:paraId="125B6CEF" w14:textId="77777777" w:rsidR="00D01748" w:rsidRDefault="00000000">
      <w:r>
        <w:lastRenderedPageBreak/>
        <w:t>Uutiskirjeen lähettämisen oikeusperuste on suostumus. Suostumuksen voi peruuttaa milloin tahansa uutiskirjeessä olevan peruutuslinkin kautta tai ottamalla yhteyttä Mind Dynamics Oy:hyn. Suostumuksen peruuttaminen ei vaikuta ennen peruuttamista tapahtuneen käsittelyn lainmukaisuuteen.</w:t>
      </w:r>
    </w:p>
    <w:p w14:paraId="586ECE16" w14:textId="77777777" w:rsidR="00D01748" w:rsidRDefault="00000000">
      <w:pPr>
        <w:pStyle w:val="Heading2"/>
      </w:pPr>
      <w:r>
        <w:t>Verkkosivujen käyttö ja evästeet</w:t>
      </w:r>
    </w:p>
    <w:p w14:paraId="2DE503DA" w14:textId="77777777" w:rsidR="00D01748" w:rsidRDefault="00000000">
      <w:r>
        <w:t>Verkkosivustot on toteutettu Webnode-palvelulla. Sivustojen käytön yhteydessä voidaan käsitellä teknisiä tietoja, kuten IP-osoitetta, laitteen ja selaimen tietoja sekä sivuston käyttöä koskevia tietoja.</w:t>
      </w:r>
    </w:p>
    <w:p w14:paraId="45D17E36" w14:textId="77777777" w:rsidR="00D01748" w:rsidRDefault="00000000">
      <w:r>
        <w:t>Sivuston toiminnan kannalta välttämättömiä tietoja ja evästeitä voidaan käsitellä ilman erillistä suostumusta silloin, kun se on lain mukaan sallittua. Muut kuin välttämättömät analytiikka- ja markkinointievästeet asetetaan vain käyttäjän antaman suostumuksen perusteella. Käyttäjä voi muuttaa evästevalintojaan sivuston evästeasetuksissa.</w:t>
      </w:r>
    </w:p>
    <w:p w14:paraId="10E3CA6B" w14:textId="77777777" w:rsidR="00D01748" w:rsidRDefault="00000000">
      <w:pPr>
        <w:pStyle w:val="Heading1"/>
      </w:pPr>
      <w:r>
        <w:t>3. Mistä tiedot saadaan</w:t>
      </w:r>
    </w:p>
    <w:p w14:paraId="0DD91476" w14:textId="77777777" w:rsidR="00D01748" w:rsidRDefault="00000000">
      <w:r>
        <w:t>Henkilötiedot saadaan pääasiassa rekisteröidyltä itseltään yhteydenoton, verkkolomakkeen, tilauksen tai uutiskirjeen tilauksen yhteydessä. Verkkosivujen teknisiä käyttötietoja syntyy sivuston käytön yhteydessä.</w:t>
      </w:r>
    </w:p>
    <w:p w14:paraId="5BF29F13" w14:textId="77777777" w:rsidR="00D01748" w:rsidRDefault="00000000">
      <w:pPr>
        <w:pStyle w:val="Heading1"/>
      </w:pPr>
      <w:r>
        <w:t>4. Tietojen vastaanottajat ja palveluntarjoajat</w:t>
      </w:r>
    </w:p>
    <w:p w14:paraId="05CD7C30" w14:textId="77777777" w:rsidR="00D01748" w:rsidRDefault="00000000">
      <w:r>
        <w:t>Mind Dynamics Oy käyttää henkilötietojen käsittelyssä palveluntarjoajia vain siinä laajuudessa kuin palvelujen toteuttaminen sitä edellyttää. Tällaisia palveluntarjoajia ovat esimerkiksi:</w:t>
      </w:r>
    </w:p>
    <w:p w14:paraId="37220093" w14:textId="77777777" w:rsidR="00D01748" w:rsidRDefault="00000000">
      <w:pPr>
        <w:pStyle w:val="ListBullet"/>
      </w:pPr>
      <w:r>
        <w:t>Webnode – verkkosivustojen ylläpito ja verkkolomakkeiden tekninen toteutus</w:t>
      </w:r>
    </w:p>
    <w:p w14:paraId="2E7CD7A7" w14:textId="77777777" w:rsidR="00D01748" w:rsidRDefault="00000000">
      <w:pPr>
        <w:pStyle w:val="ListBullet"/>
      </w:pPr>
      <w:r>
        <w:t>Mailchimp – uutiskirjeiden hallinta ja lähettäminen</w:t>
      </w:r>
    </w:p>
    <w:p w14:paraId="0669E9C1" w14:textId="77777777" w:rsidR="00D01748" w:rsidRDefault="00000000">
      <w:pPr>
        <w:pStyle w:val="ListBullet"/>
      </w:pPr>
      <w:r>
        <w:t>PayPal – mentalisaatio.fi-verkkokaupan maksupalvelu</w:t>
      </w:r>
    </w:p>
    <w:p w14:paraId="28393A8D" w14:textId="77777777" w:rsidR="00D01748" w:rsidRDefault="00000000">
      <w:pPr>
        <w:pStyle w:val="ListBullet"/>
      </w:pPr>
      <w:r>
        <w:t>mahdolliset muut tekniset palveluntarjoajat, joita tarvitaan verkkosivustojen, sähköpostin tai lakisääteisten velvoitteiden hoitamiseen.</w:t>
      </w:r>
    </w:p>
    <w:p w14:paraId="3687F7DC" w14:textId="77777777" w:rsidR="00D01748" w:rsidRDefault="00000000">
      <w:r>
        <w:t>Henkilötietoja ei myydä.</w:t>
      </w:r>
    </w:p>
    <w:p w14:paraId="193C7516" w14:textId="77777777" w:rsidR="00D01748" w:rsidRDefault="00000000">
      <w:pPr>
        <w:pStyle w:val="Heading1"/>
      </w:pPr>
      <w:r>
        <w:t>5. Tietojen siirrot EU- ja ETA-alueen ulkopuolelle</w:t>
      </w:r>
    </w:p>
    <w:p w14:paraId="3F648F61" w14:textId="77777777" w:rsidR="00D01748" w:rsidRDefault="00000000">
      <w:r>
        <w:t>Osa käyttämistämme palveluntarjoajista voi käsitellä henkilötietoja EU- ja ETA-alueen ulkopuolella.</w:t>
      </w:r>
    </w:p>
    <w:p w14:paraId="0FDD5388" w14:textId="77777777" w:rsidR="00D01748" w:rsidRDefault="00000000">
      <w:r>
        <w:t>Mailchimp toimii Yhdysvalloissa ja sen palvelimilla käsiteltäviä tietoja voidaan siirtää, säilyttää tai käsitellä Yhdysvalloissa. Mailchimp käyttää EU–USA Data Privacy Framework -järjestelyä ja sen tietojenkäsittelysopimukseen sisältyvät tarvittaessa Euroopan komission vakiosopimuslausekkeet.</w:t>
      </w:r>
    </w:p>
    <w:p w14:paraId="38DA5356" w14:textId="77777777" w:rsidR="00D01748" w:rsidRDefault="00000000">
      <w:r>
        <w:t>Myös maksupalveluntarjoaja PayPal voi käsitellä henkilötietoja kansainvälisesti oman tietosuojakäytäntönsä ja sovellettavien tiedonsiirtomekanismien mukaisesti.</w:t>
      </w:r>
    </w:p>
    <w:p w14:paraId="2ABBD64C" w14:textId="77777777" w:rsidR="00D01748" w:rsidRDefault="00000000">
      <w:pPr>
        <w:pStyle w:val="Heading1"/>
      </w:pPr>
      <w:r>
        <w:t>6. Tietojen säilytys</w:t>
      </w:r>
    </w:p>
    <w:p w14:paraId="0318E31A" w14:textId="77777777" w:rsidR="00D01748" w:rsidRDefault="00000000">
      <w:r>
        <w:t>Henkilötietoja säilytetään vain niin kauan kuin se on tarpeen siihen tarkoitukseen, jota varten tiedot on kerätty, tai niin kauan kuin laki edellyttää.</w:t>
      </w:r>
    </w:p>
    <w:p w14:paraId="6CCD067A" w14:textId="77777777" w:rsidR="00D01748" w:rsidRDefault="00000000">
      <w:pPr>
        <w:pStyle w:val="ListBullet"/>
      </w:pPr>
      <w:r>
        <w:t>Yhteydenottoja koskevat tiedot poistetaan, kun niitä ei enää tarvita asian hoitamiseen tai asiakassuhteeseen liittyvien perusteltujen tarpeiden vuoksi.</w:t>
      </w:r>
    </w:p>
    <w:p w14:paraId="107E72B5" w14:textId="77777777" w:rsidR="00D01748" w:rsidRDefault="00000000">
      <w:pPr>
        <w:pStyle w:val="ListBullet"/>
      </w:pPr>
      <w:r>
        <w:lastRenderedPageBreak/>
        <w:t>Verkkokaupan tilaus- ja kirjanpitotietoja säilytetään kirjanpitoa ja muita lakisääteisiä velvoitteita koskevien säilytysaikojen mukaisesti.</w:t>
      </w:r>
    </w:p>
    <w:p w14:paraId="5E0341E0" w14:textId="77777777" w:rsidR="00D01748" w:rsidRDefault="00000000">
      <w:pPr>
        <w:pStyle w:val="ListBullet"/>
      </w:pPr>
      <w:r>
        <w:t>Uutiskirjeen tilaajan tietoja käsitellään niin kauan kuin uutiskirjetilaus on voimassa. Tilaus voidaan peruuttaa milloin tahansa.</w:t>
      </w:r>
    </w:p>
    <w:p w14:paraId="3E030A16" w14:textId="77777777" w:rsidR="00D01748" w:rsidRDefault="00000000">
      <w:pPr>
        <w:pStyle w:val="ListBullet"/>
      </w:pPr>
      <w:r>
        <w:t>Evästeiden ja teknisten käyttötietojen säilytysajat riippuvat käytettävästä evästeestä tai palvelusta ja ilmenevät sivuston evästeasetuksista.</w:t>
      </w:r>
    </w:p>
    <w:p w14:paraId="15A6D46C" w14:textId="77777777" w:rsidR="00D01748" w:rsidRDefault="00000000">
      <w:pPr>
        <w:pStyle w:val="Heading1"/>
      </w:pPr>
      <w:r>
        <w:t>7. Tietojen suojaaminen</w:t>
      </w:r>
    </w:p>
    <w:p w14:paraId="3C2FF253" w14:textId="77777777" w:rsidR="00D01748" w:rsidRDefault="00000000">
      <w:r>
        <w:t>Mind Dynamics Oy huolehtii henkilötietojen asianmukaisesta suojaamisesta teknisin ja organisatorisin toimenpitein. Pääsy henkilötietoihin on rajattu henkilöihin, joilla on työtehtäviensä perusteella tarve käsitellä niitä. Käytettäviltä palveluntarjoajilta edellytetään asianmukaista henkilötietojen suojaamista.</w:t>
      </w:r>
    </w:p>
    <w:p w14:paraId="167031BF" w14:textId="77777777" w:rsidR="00D01748" w:rsidRDefault="00000000">
      <w:pPr>
        <w:pStyle w:val="Heading1"/>
      </w:pPr>
      <w:r>
        <w:t>8. Rekisteröidyn oikeudet</w:t>
      </w:r>
    </w:p>
    <w:p w14:paraId="69312CD3" w14:textId="77777777" w:rsidR="00D01748" w:rsidRDefault="00000000">
      <w:r>
        <w:t>Sinulla on soveltuvan tietosuojalainsäädännön mukaisesti oikeus:</w:t>
      </w:r>
    </w:p>
    <w:p w14:paraId="1E917C96" w14:textId="77777777" w:rsidR="00D01748" w:rsidRDefault="00000000">
      <w:pPr>
        <w:pStyle w:val="ListBullet"/>
      </w:pPr>
      <w:r>
        <w:t>saada tieto siitä, käsittelemmekö henkilötietojasi, ja saada pääsy tietoihisi</w:t>
      </w:r>
    </w:p>
    <w:p w14:paraId="4E65497A" w14:textId="77777777" w:rsidR="00D01748" w:rsidRDefault="00000000">
      <w:pPr>
        <w:pStyle w:val="ListBullet"/>
      </w:pPr>
      <w:r>
        <w:t>pyytää virheellisten tai puutteellisten tietojen oikaisemista</w:t>
      </w:r>
    </w:p>
    <w:p w14:paraId="1EC0B5FF" w14:textId="77777777" w:rsidR="00D01748" w:rsidRDefault="00000000">
      <w:pPr>
        <w:pStyle w:val="ListBullet"/>
      </w:pPr>
      <w:r>
        <w:t>pyytää tietojesi poistamista silloin, kun poistamiselle on laissa säädetyt edellytykset</w:t>
      </w:r>
    </w:p>
    <w:p w14:paraId="6212C7F5" w14:textId="77777777" w:rsidR="00D01748" w:rsidRDefault="00000000">
      <w:pPr>
        <w:pStyle w:val="ListBullet"/>
      </w:pPr>
      <w:r>
        <w:t>pyytää käsittelyn rajoittamista lain edellyttämissä tilanteissa</w:t>
      </w:r>
    </w:p>
    <w:p w14:paraId="058DF76C" w14:textId="77777777" w:rsidR="00D01748" w:rsidRDefault="00000000">
      <w:pPr>
        <w:pStyle w:val="ListBullet"/>
      </w:pPr>
      <w:r>
        <w:t>vastustaa oikeutettuun etuun perustuvaa henkilötietojen käsittelyä henkilökohtaiseen tilanteeseesi liittyvällä perusteella</w:t>
      </w:r>
    </w:p>
    <w:p w14:paraId="32598F8D" w14:textId="77777777" w:rsidR="00D01748" w:rsidRDefault="00000000">
      <w:pPr>
        <w:pStyle w:val="ListBullet"/>
      </w:pPr>
      <w:r>
        <w:t>saada tietyissä tilanteissa itse toimittamasi tiedot jäsennellyssä, yleisesti käytetyssä ja koneellisesti luettavassa muodossa</w:t>
      </w:r>
    </w:p>
    <w:p w14:paraId="30E4D93C" w14:textId="77777777" w:rsidR="00D01748" w:rsidRDefault="00000000">
      <w:pPr>
        <w:pStyle w:val="ListBullet"/>
      </w:pPr>
      <w:r>
        <w:t>peruuttaa suostumuksesi milloin tahansa silloin, kun käsittely perustuu suostumukseen.</w:t>
      </w:r>
    </w:p>
    <w:p w14:paraId="566E9170" w14:textId="77777777" w:rsidR="00D01748" w:rsidRDefault="00000000">
      <w:r>
        <w:t>Oikeuksien käyttämistä koskevat pyynnöt voi lähettää osoitteeseen yhteydenotto@mentalisaatio.fi. Pyynnön esittäjän henkilöllisyys voidaan tarvittaessa varmistaa.</w:t>
      </w:r>
    </w:p>
    <w:p w14:paraId="6ACE49D4" w14:textId="77777777" w:rsidR="00D01748" w:rsidRDefault="00000000">
      <w:pPr>
        <w:pStyle w:val="Heading1"/>
      </w:pPr>
      <w:r>
        <w:t>9. Oikeus tehdä valitus</w:t>
      </w:r>
    </w:p>
    <w:p w14:paraId="06F3498C" w14:textId="77777777" w:rsidR="00D01748" w:rsidRDefault="00000000">
      <w:r>
        <w:t>Jos katsot, että henkilötietojasi on käsitelty tietosuojasäännösten vastaisesti, sinulla on oikeus tehdä valitus valvontaviranomaiselle. Suomessa valvontaviranomainen on tietosuojavaltuutetun toimisto.</w:t>
      </w:r>
    </w:p>
    <w:p w14:paraId="3E59392E" w14:textId="77777777" w:rsidR="00D01748" w:rsidRDefault="00000000">
      <w:pPr>
        <w:pStyle w:val="Heading1"/>
      </w:pPr>
      <w:r>
        <w:t>10. Terveydenhuollon potilastiedot</w:t>
      </w:r>
    </w:p>
    <w:p w14:paraId="7FF371D3" w14:textId="77777777" w:rsidR="00D01748" w:rsidRDefault="00000000">
      <w:r>
        <w:t>Tämä verkkosivustojen tietosuojaseloste koskee verkkosivujen, yhteydenottojen, verkkokaupan ja uutiskirjeen yhteydessä tapahtuvaa henkilötietojen käsittelyä. Mind Dynamics Oy:n terveydenhuollon palveluissa syntyvien potilastietojen käsittely perustuu terveydenhuoltoa ja potilasasiakirjoja koskevaan erityislainsäädäntöön eikä sitä käsitellä tässä verkkosivustojen tietosuojaselosteessa.</w:t>
      </w:r>
    </w:p>
    <w:p w14:paraId="39629CDF" w14:textId="77777777" w:rsidR="00D01748" w:rsidRDefault="00000000">
      <w:pPr>
        <w:pStyle w:val="Heading1"/>
      </w:pPr>
      <w:r>
        <w:t>11. Selosteen muuttaminen</w:t>
      </w:r>
    </w:p>
    <w:p w14:paraId="1728DC2C" w14:textId="77777777" w:rsidR="00D01748" w:rsidRDefault="00000000">
      <w:r>
        <w:t>Tietosuojaselostetta päivitetään tarvittaessa, jos henkilötietojen käsittelyssä, käytettävissä palveluissa tai lainsäädännössä tapahtuu muutoksia. Ajantasainen versio julkaistaan Mind Dynamics Oy:n verkkosivustoilla.</w:t>
      </w:r>
    </w:p>
    <w:sectPr w:rsidR="00D01748" w:rsidSect="00034616">
      <w:headerReference w:type="default" r:id="rId8"/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21B48C" w14:textId="77777777" w:rsidR="0085633A" w:rsidRDefault="0085633A">
      <w:pPr>
        <w:spacing w:after="0" w:line="240" w:lineRule="auto"/>
      </w:pPr>
      <w:r>
        <w:separator/>
      </w:r>
    </w:p>
  </w:endnote>
  <w:endnote w:type="continuationSeparator" w:id="0">
    <w:p w14:paraId="2889251B" w14:textId="77777777" w:rsidR="0085633A" w:rsidRDefault="0085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BB7981" w14:textId="77777777" w:rsidR="00D01748" w:rsidRDefault="00000000">
    <w:pPr>
      <w:pStyle w:val="Footer"/>
      <w:jc w:val="center"/>
    </w:pPr>
    <w:r>
      <w:rPr>
        <w:sz w:val="16"/>
      </w:rPr>
      <w:t>Mind Dynamics Oy •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51EE90" w14:textId="77777777" w:rsidR="0085633A" w:rsidRDefault="0085633A">
      <w:pPr>
        <w:spacing w:after="0" w:line="240" w:lineRule="auto"/>
      </w:pPr>
      <w:r>
        <w:separator/>
      </w:r>
    </w:p>
  </w:footnote>
  <w:footnote w:type="continuationSeparator" w:id="0">
    <w:p w14:paraId="42820BDD" w14:textId="77777777" w:rsidR="0085633A" w:rsidRDefault="00856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874F8A" w14:textId="77777777" w:rsidR="00D01748" w:rsidRDefault="00000000">
    <w:pPr>
      <w:pStyle w:val="Header"/>
      <w:jc w:val="right"/>
    </w:pPr>
    <w:r>
      <w:rPr>
        <w:sz w:val="16"/>
      </w:rPr>
      <w:t xml:space="preserve">Mind Dynamics Oy | </w:t>
    </w:r>
    <w:proofErr w:type="spellStart"/>
    <w:r>
      <w:rPr>
        <w:sz w:val="16"/>
      </w:rPr>
      <w:t>Tietosuojaseloste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67468">
    <w:abstractNumId w:val="8"/>
  </w:num>
  <w:num w:numId="2" w16cid:durableId="798301409">
    <w:abstractNumId w:val="6"/>
  </w:num>
  <w:num w:numId="3" w16cid:durableId="2042198247">
    <w:abstractNumId w:val="5"/>
  </w:num>
  <w:num w:numId="4" w16cid:durableId="1345132851">
    <w:abstractNumId w:val="4"/>
  </w:num>
  <w:num w:numId="5" w16cid:durableId="1779593460">
    <w:abstractNumId w:val="7"/>
  </w:num>
  <w:num w:numId="6" w16cid:durableId="1774326938">
    <w:abstractNumId w:val="3"/>
  </w:num>
  <w:num w:numId="7" w16cid:durableId="1285889787">
    <w:abstractNumId w:val="2"/>
  </w:num>
  <w:num w:numId="8" w16cid:durableId="594705496">
    <w:abstractNumId w:val="1"/>
  </w:num>
  <w:num w:numId="9" w16cid:durableId="5213632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6955"/>
    <w:rsid w:val="00326F90"/>
    <w:rsid w:val="00415C2A"/>
    <w:rsid w:val="0085633A"/>
    <w:rsid w:val="00AA1D8D"/>
    <w:rsid w:val="00B47730"/>
    <w:rsid w:val="00CB0664"/>
    <w:rsid w:val="00D017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A5D543B"/>
  <w14:defaultImageDpi w14:val="300"/>
  <w15:docId w15:val="{381294BE-D88F-534D-B8DA-B30A2D36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688</Words>
  <Characters>6332</Characters>
  <Application>Microsoft Office Word</Application>
  <DocSecurity>0</DocSecurity>
  <Lines>109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Nina Pyykkönen</cp:lastModifiedBy>
  <cp:revision>2</cp:revision>
  <dcterms:created xsi:type="dcterms:W3CDTF">2026-08-29T12:01:00Z</dcterms:created>
  <dcterms:modified xsi:type="dcterms:W3CDTF">2026-08-29T12:01:00Z</dcterms:modified>
  <cp:category/>
</cp:coreProperties>
</file>